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E71A5" w14:textId="6F50CBDD" w:rsidR="00FE403F" w:rsidRDefault="00000000">
      <w:pPr>
        <w:pStyle w:val="YPCTitle"/>
        <w:jc w:val="center"/>
        <w:rPr>
          <w:lang w:eastAsia="ja-JP"/>
        </w:rPr>
      </w:pPr>
      <w:r>
        <w:rPr>
          <w:lang w:eastAsia="ja-JP"/>
        </w:rPr>
        <w:t>顧客管理　導入ヒアリングシート</w:t>
      </w:r>
    </w:p>
    <w:p w14:paraId="6A0A99F6" w14:textId="77777777" w:rsidR="00FE403F" w:rsidRDefault="00000000">
      <w:pPr>
        <w:pStyle w:val="YPCSubtitle"/>
        <w:jc w:val="center"/>
      </w:pPr>
      <w:r>
        <w:rPr>
          <w:lang w:eastAsia="ja-JP"/>
        </w:rPr>
        <w:t xml:space="preserve">初期設定・既存データ取込・ライセンス発行のためにご記入ください。未定の項目は空欄で構いません。　</w:t>
      </w:r>
      <w:r>
        <w:t>2026年9月版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3231"/>
        <w:gridCol w:w="2154"/>
        <w:gridCol w:w="3231"/>
      </w:tblGrid>
      <w:tr w:rsidR="00FE403F" w14:paraId="2ADBE5AD" w14:textId="77777777">
        <w:trPr>
          <w:jc w:val="center"/>
        </w:trPr>
        <w:tc>
          <w:tcPr>
            <w:tcW w:w="215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3C15619" w14:textId="77777777" w:rsidR="00FE403F" w:rsidRDefault="00000000">
            <w:r>
              <w:rPr>
                <w:b/>
              </w:rPr>
              <w:t>会社名・屋号</w:t>
            </w:r>
          </w:p>
        </w:tc>
        <w:tc>
          <w:tcPr>
            <w:tcW w:w="323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B10CDDB" w14:textId="77777777" w:rsidR="00FE403F" w:rsidRDefault="00FE403F"/>
        </w:tc>
        <w:tc>
          <w:tcPr>
            <w:tcW w:w="215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EB61D0D" w14:textId="77777777" w:rsidR="00FE403F" w:rsidRDefault="00000000">
            <w:r>
              <w:rPr>
                <w:b/>
              </w:rPr>
              <w:t>ご担当者名</w:t>
            </w:r>
          </w:p>
        </w:tc>
        <w:tc>
          <w:tcPr>
            <w:tcW w:w="323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B857B66" w14:textId="77777777" w:rsidR="00FE403F" w:rsidRDefault="00FE403F"/>
        </w:tc>
      </w:tr>
      <w:tr w:rsidR="00FE403F" w14:paraId="711C714E" w14:textId="77777777">
        <w:trPr>
          <w:jc w:val="center"/>
        </w:trPr>
        <w:tc>
          <w:tcPr>
            <w:tcW w:w="215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106EDB8" w14:textId="77777777" w:rsidR="00FE403F" w:rsidRDefault="00000000">
            <w:r>
              <w:rPr>
                <w:b/>
              </w:rPr>
              <w:t>業種</w:t>
            </w:r>
          </w:p>
        </w:tc>
        <w:tc>
          <w:tcPr>
            <w:tcW w:w="323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1DA9DD0" w14:textId="77777777" w:rsidR="00FE403F" w:rsidRDefault="00FE403F"/>
        </w:tc>
        <w:tc>
          <w:tcPr>
            <w:tcW w:w="215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AE4F29B" w14:textId="77777777" w:rsidR="00FE403F" w:rsidRDefault="00000000">
            <w:r>
              <w:rPr>
                <w:b/>
              </w:rPr>
              <w:t>電話・メール</w:t>
            </w:r>
          </w:p>
        </w:tc>
        <w:tc>
          <w:tcPr>
            <w:tcW w:w="323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C3BE713" w14:textId="77777777" w:rsidR="00FE403F" w:rsidRDefault="00FE403F"/>
        </w:tc>
      </w:tr>
      <w:tr w:rsidR="00FE403F" w14:paraId="4A87447A" w14:textId="77777777">
        <w:trPr>
          <w:jc w:val="center"/>
        </w:trPr>
        <w:tc>
          <w:tcPr>
            <w:tcW w:w="215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B33C062" w14:textId="77777777" w:rsidR="00FE403F" w:rsidRDefault="00000000">
            <w:r>
              <w:rPr>
                <w:b/>
              </w:rPr>
              <w:t>ご記入日</w:t>
            </w:r>
          </w:p>
        </w:tc>
        <w:tc>
          <w:tcPr>
            <w:tcW w:w="323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B6863F7" w14:textId="77777777" w:rsidR="00FE403F" w:rsidRDefault="00000000">
            <w:r>
              <w:t xml:space="preserve">　　　年　　月　　日</w:t>
            </w:r>
          </w:p>
        </w:tc>
        <w:tc>
          <w:tcPr>
            <w:tcW w:w="215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ECFD804" w14:textId="77777777" w:rsidR="00FE403F" w:rsidRDefault="00000000">
            <w:r>
              <w:rPr>
                <w:b/>
              </w:rPr>
              <w:t>概算顧客数</w:t>
            </w:r>
          </w:p>
        </w:tc>
        <w:tc>
          <w:tcPr>
            <w:tcW w:w="323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69EF0C2" w14:textId="77777777" w:rsidR="00FE403F" w:rsidRDefault="00000000">
            <w:r>
              <w:t>約　　　　　件</w:t>
            </w:r>
          </w:p>
        </w:tc>
      </w:tr>
    </w:tbl>
    <w:p w14:paraId="425ADBDB" w14:textId="77777777" w:rsidR="00FE403F" w:rsidRDefault="00000000">
      <w:pPr>
        <w:pStyle w:val="YPCSection"/>
        <w:spacing w:before="60" w:after="30"/>
        <w:rPr>
          <w:lang w:eastAsia="ja-JP"/>
        </w:rPr>
      </w:pPr>
      <w:r>
        <w:rPr>
          <w:lang w:eastAsia="ja-JP"/>
        </w:rPr>
        <w:t>1. ご利用環境・ライセンス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11"/>
        <w:gridCol w:w="8561"/>
      </w:tblGrid>
      <w:tr w:rsidR="00FE403F" w14:paraId="03B641D1" w14:textId="77777777">
        <w:trPr>
          <w:jc w:val="center"/>
        </w:trPr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2B12ABD" w14:textId="77777777" w:rsidR="00FE403F" w:rsidRDefault="00000000">
            <w:proofErr w:type="spellStart"/>
            <w:r>
              <w:rPr>
                <w:b/>
                <w:sz w:val="15"/>
              </w:rPr>
              <w:t>対応OS・台数</w:t>
            </w:r>
            <w:proofErr w:type="spellEnd"/>
          </w:p>
        </w:tc>
        <w:tc>
          <w:tcPr>
            <w:tcW w:w="856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1C167C1" w14:textId="219215AF" w:rsidR="00FE403F" w:rsidRDefault="00000000">
            <w:r>
              <w:rPr>
                <w:sz w:val="15"/>
              </w:rPr>
              <w:t xml:space="preserve">□ Windows 10 64bit　□ Windows 11 64bit　　</w:t>
            </w:r>
            <w:proofErr w:type="spellStart"/>
            <w:r>
              <w:rPr>
                <w:sz w:val="15"/>
              </w:rPr>
              <w:t>利用予定</w:t>
            </w:r>
            <w:proofErr w:type="spellEnd"/>
            <w:r>
              <w:rPr>
                <w:sz w:val="15"/>
              </w:rPr>
              <w:t>：□ 1台　□ 2台</w:t>
            </w:r>
            <w:r w:rsidR="00A9037F">
              <w:rPr>
                <w:rFonts w:hint="eastAsia"/>
                <w:sz w:val="15"/>
                <w:lang w:eastAsia="ja-JP"/>
              </w:rPr>
              <w:t xml:space="preserve">　</w:t>
            </w:r>
            <w:r w:rsidR="00A9037F">
              <w:rPr>
                <w:sz w:val="15"/>
              </w:rPr>
              <w:t>□</w:t>
            </w:r>
            <w:r w:rsidR="00A9037F">
              <w:rPr>
                <w:rFonts w:hint="eastAsia"/>
                <w:sz w:val="15"/>
                <w:lang w:eastAsia="ja-JP"/>
              </w:rPr>
              <w:t xml:space="preserve">　　台</w:t>
            </w:r>
          </w:p>
        </w:tc>
      </w:tr>
      <w:tr w:rsidR="00FE403F" w14:paraId="6E294DFD" w14:textId="77777777">
        <w:trPr>
          <w:jc w:val="center"/>
        </w:trPr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2079538" w14:textId="77777777" w:rsidR="00FE403F" w:rsidRDefault="00000000">
            <w:r>
              <w:rPr>
                <w:b/>
                <w:sz w:val="15"/>
              </w:rPr>
              <w:t>インターネット</w:t>
            </w:r>
          </w:p>
        </w:tc>
        <w:tc>
          <w:tcPr>
            <w:tcW w:w="856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7F431D9" w14:textId="77777777" w:rsidR="00FE403F" w:rsidRDefault="00000000">
            <w:pPr>
              <w:rPr>
                <w:lang w:eastAsia="ja-JP"/>
              </w:rPr>
            </w:pPr>
            <w:r>
              <w:rPr>
                <w:sz w:val="15"/>
                <w:lang w:eastAsia="ja-JP"/>
              </w:rPr>
              <w:t>□ 常時接続可　□ 一時的に接続可　□ 接続不可（完全オフライン認証を希望）</w:t>
            </w:r>
          </w:p>
        </w:tc>
      </w:tr>
      <w:tr w:rsidR="00FE403F" w14:paraId="5AD8CF21" w14:textId="77777777">
        <w:trPr>
          <w:jc w:val="center"/>
        </w:trPr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1A1D2EE" w14:textId="77777777" w:rsidR="00FE403F" w:rsidRDefault="00000000">
            <w:proofErr w:type="spellStart"/>
            <w:r>
              <w:rPr>
                <w:b/>
                <w:sz w:val="15"/>
              </w:rPr>
              <w:t>データ保存先</w:t>
            </w:r>
            <w:proofErr w:type="spellEnd"/>
          </w:p>
        </w:tc>
        <w:tc>
          <w:tcPr>
            <w:tcW w:w="856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825BD37" w14:textId="77777777" w:rsidR="00FE403F" w:rsidRDefault="00000000">
            <w:pPr>
              <w:rPr>
                <w:lang w:eastAsia="ja-JP"/>
              </w:rPr>
            </w:pPr>
            <w:r>
              <w:rPr>
                <w:sz w:val="15"/>
                <w:lang w:eastAsia="ja-JP"/>
              </w:rPr>
              <w:t>□ PC内　□ OneDrive　□ 社内ネットワーク / NAS　□ その他：_______________________</w:t>
            </w:r>
          </w:p>
        </w:tc>
      </w:tr>
      <w:tr w:rsidR="00FE403F" w14:paraId="0A9FBA37" w14:textId="77777777">
        <w:trPr>
          <w:jc w:val="center"/>
        </w:trPr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A8F1169" w14:textId="77777777" w:rsidR="00FE403F" w:rsidRDefault="00000000">
            <w:proofErr w:type="spellStart"/>
            <w:r>
              <w:rPr>
                <w:b/>
                <w:sz w:val="15"/>
              </w:rPr>
              <w:t>複数PCでの利用</w:t>
            </w:r>
            <w:proofErr w:type="spellEnd"/>
          </w:p>
        </w:tc>
        <w:tc>
          <w:tcPr>
            <w:tcW w:w="856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D9BBC9D" w14:textId="77777777" w:rsidR="00FE403F" w:rsidRDefault="00000000">
            <w:pPr>
              <w:rPr>
                <w:lang w:eastAsia="ja-JP"/>
              </w:rPr>
            </w:pPr>
            <w:r>
              <w:rPr>
                <w:sz w:val="15"/>
                <w:lang w:eastAsia="ja-JP"/>
              </w:rPr>
              <w:t>□ 同じ顧客データを使う　□ 各PCで別データ　※同じ顧客データの同時編集は行いません</w:t>
            </w:r>
          </w:p>
        </w:tc>
      </w:tr>
    </w:tbl>
    <w:p w14:paraId="2CB7881A" w14:textId="77777777" w:rsidR="00FE403F" w:rsidRDefault="00000000">
      <w:pPr>
        <w:pStyle w:val="YPCSection"/>
        <w:spacing w:before="60" w:after="30"/>
        <w:rPr>
          <w:lang w:eastAsia="ja-JP"/>
        </w:rPr>
      </w:pPr>
      <w:r>
        <w:rPr>
          <w:lang w:eastAsia="ja-JP"/>
        </w:rPr>
        <w:t>2. 現在の顧客データ・取込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11"/>
        <w:gridCol w:w="8561"/>
      </w:tblGrid>
      <w:tr w:rsidR="00FE403F" w14:paraId="3660A175" w14:textId="77777777">
        <w:trPr>
          <w:jc w:val="center"/>
        </w:trPr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7ED2929" w14:textId="77777777" w:rsidR="00FE403F" w:rsidRDefault="00000000">
            <w:proofErr w:type="spellStart"/>
            <w:r>
              <w:rPr>
                <w:b/>
                <w:sz w:val="15"/>
              </w:rPr>
              <w:t>現在の管理方法</w:t>
            </w:r>
            <w:proofErr w:type="spellEnd"/>
          </w:p>
        </w:tc>
        <w:tc>
          <w:tcPr>
            <w:tcW w:w="856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050C9F6" w14:textId="77777777" w:rsidR="00FE403F" w:rsidRDefault="00000000">
            <w:r>
              <w:rPr>
                <w:sz w:val="15"/>
              </w:rPr>
              <w:t>□ Excel　□ CSV　□ Access　□ 他ソフト　□ 紙　□ 新規導入（既存データなし）</w:t>
            </w:r>
          </w:p>
        </w:tc>
      </w:tr>
      <w:tr w:rsidR="00FE403F" w14:paraId="7D855F6A" w14:textId="77777777">
        <w:trPr>
          <w:jc w:val="center"/>
        </w:trPr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41EDD19" w14:textId="77777777" w:rsidR="00FE403F" w:rsidRDefault="00000000">
            <w:r>
              <w:rPr>
                <w:b/>
                <w:sz w:val="15"/>
              </w:rPr>
              <w:t>既存データ取込</w:t>
            </w:r>
          </w:p>
        </w:tc>
        <w:tc>
          <w:tcPr>
            <w:tcW w:w="856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F14D6E9" w14:textId="77777777" w:rsidR="00FE403F" w:rsidRDefault="00000000">
            <w:pPr>
              <w:rPr>
                <w:lang w:eastAsia="ja-JP"/>
              </w:rPr>
            </w:pPr>
            <w:r>
              <w:rPr>
                <w:sz w:val="15"/>
                <w:lang w:eastAsia="ja-JP"/>
              </w:rPr>
              <w:t>□ 希望する　□ 希望しない　概算件数：約_______件　□ サンプルファイル提供可</w:t>
            </w:r>
          </w:p>
        </w:tc>
      </w:tr>
      <w:tr w:rsidR="00FE403F" w14:paraId="6C70C8DE" w14:textId="77777777">
        <w:trPr>
          <w:jc w:val="center"/>
        </w:trPr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0AA5D3F" w14:textId="77777777" w:rsidR="00FE403F" w:rsidRDefault="00000000">
            <w:proofErr w:type="spellStart"/>
            <w:r>
              <w:rPr>
                <w:b/>
                <w:sz w:val="15"/>
              </w:rPr>
              <w:t>補足</w:t>
            </w:r>
            <w:proofErr w:type="spellEnd"/>
          </w:p>
        </w:tc>
        <w:tc>
          <w:tcPr>
            <w:tcW w:w="856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2C7F78E" w14:textId="77777777" w:rsidR="00FE403F" w:rsidRDefault="00000000">
            <w:pPr>
              <w:rPr>
                <w:lang w:eastAsia="ja-JP"/>
              </w:rPr>
            </w:pPr>
            <w:r>
              <w:rPr>
                <w:sz w:val="15"/>
                <w:lang w:eastAsia="ja-JP"/>
              </w:rPr>
              <w:t>列名・複数シート・重複データ・特殊な管理方法など：____________________________________</w:t>
            </w:r>
          </w:p>
        </w:tc>
      </w:tr>
    </w:tbl>
    <w:p w14:paraId="3DD6E087" w14:textId="77777777" w:rsidR="00FE403F" w:rsidRDefault="00000000">
      <w:pPr>
        <w:pStyle w:val="YPCSection"/>
        <w:spacing w:before="60" w:after="30"/>
        <w:rPr>
          <w:lang w:eastAsia="ja-JP"/>
        </w:rPr>
      </w:pPr>
      <w:r>
        <w:rPr>
          <w:lang w:eastAsia="ja-JP"/>
        </w:rPr>
        <w:t>3. 利用する機能</w:t>
      </w:r>
    </w:p>
    <w:p w14:paraId="77705E40" w14:textId="77777777" w:rsidR="00FE403F" w:rsidRDefault="00000000">
      <w:pPr>
        <w:spacing w:after="20"/>
        <w:rPr>
          <w:lang w:eastAsia="ja-JP"/>
        </w:rPr>
      </w:pPr>
      <w:r>
        <w:rPr>
          <w:sz w:val="15"/>
          <w:lang w:eastAsia="ja-JP"/>
        </w:rPr>
        <w:t>□ 連絡履歴　□ 受講・作業等の履歴　□ 入出金履歴　□ 写真　□ 画像・資料　□ 関連ファイルフォルダー</w:t>
      </w:r>
      <w:r>
        <w:rPr>
          <w:sz w:val="15"/>
          <w:lang w:eastAsia="ja-JP"/>
        </w:rPr>
        <w:br/>
        <w:t>□ Excel取込　□ CSV出力　□ バックアップ / 復元　□ 起動パスワード　□ 自動ロック　□ その他：____________</w:t>
      </w:r>
    </w:p>
    <w:p w14:paraId="2CDCBAD5" w14:textId="77777777" w:rsidR="00FE403F" w:rsidRDefault="00000000">
      <w:pPr>
        <w:pStyle w:val="YPCSection"/>
        <w:spacing w:before="60" w:after="30"/>
        <w:rPr>
          <w:lang w:eastAsia="ja-JP"/>
        </w:rPr>
      </w:pPr>
      <w:r>
        <w:rPr>
          <w:lang w:eastAsia="ja-JP"/>
        </w:rPr>
        <w:t>4. 基本情報の項目設定</w:t>
      </w:r>
    </w:p>
    <w:p w14:paraId="2AF84157" w14:textId="77777777" w:rsidR="00FE403F" w:rsidRDefault="00000000">
      <w:pPr>
        <w:pStyle w:val="YPCSmall"/>
        <w:rPr>
          <w:lang w:eastAsia="ja-JP"/>
        </w:rPr>
      </w:pPr>
      <w:r>
        <w:rPr>
          <w:lang w:eastAsia="ja-JP"/>
        </w:rPr>
        <w:t>表示名・必須・左一覧への表示を設定できます。不要な項目は非表示にできます。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4"/>
        <w:gridCol w:w="2211"/>
        <w:gridCol w:w="2665"/>
        <w:gridCol w:w="680"/>
        <w:gridCol w:w="680"/>
        <w:gridCol w:w="3912"/>
      </w:tblGrid>
      <w:tr w:rsidR="00FE403F" w14:paraId="679EC97E" w14:textId="77777777">
        <w:trPr>
          <w:tblHeader/>
          <w:jc w:val="center"/>
        </w:trPr>
        <w:tc>
          <w:tcPr>
            <w:tcW w:w="62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0EF76C8" w14:textId="77777777" w:rsidR="00FE403F" w:rsidRDefault="00000000">
            <w:proofErr w:type="spellStart"/>
            <w:r>
              <w:rPr>
                <w:b/>
                <w:color w:val="17365D"/>
                <w:sz w:val="14"/>
              </w:rPr>
              <w:t>使用</w:t>
            </w:r>
            <w:proofErr w:type="spellEnd"/>
          </w:p>
        </w:tc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DAC97C5" w14:textId="77777777" w:rsidR="00FE403F" w:rsidRDefault="00000000">
            <w:r>
              <w:rPr>
                <w:b/>
                <w:color w:val="17365D"/>
                <w:sz w:val="14"/>
              </w:rPr>
              <w:t>標準名</w:t>
            </w:r>
          </w:p>
        </w:tc>
        <w:tc>
          <w:tcPr>
            <w:tcW w:w="266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147347C" w14:textId="77777777" w:rsidR="00FE403F" w:rsidRDefault="00000000">
            <w:r>
              <w:rPr>
                <w:b/>
                <w:color w:val="17365D"/>
                <w:sz w:val="14"/>
              </w:rPr>
              <w:t>表示名（変更時）</w:t>
            </w:r>
          </w:p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3B563AB" w14:textId="77777777" w:rsidR="00FE403F" w:rsidRDefault="00000000">
            <w:r>
              <w:rPr>
                <w:b/>
                <w:color w:val="17365D"/>
                <w:sz w:val="14"/>
              </w:rPr>
              <w:t>必須</w:t>
            </w:r>
          </w:p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0BD833D" w14:textId="77777777" w:rsidR="00FE403F" w:rsidRDefault="00000000">
            <w:r>
              <w:rPr>
                <w:b/>
                <w:color w:val="17365D"/>
                <w:sz w:val="14"/>
              </w:rPr>
              <w:t>一覧</w:t>
            </w:r>
          </w:p>
        </w:tc>
        <w:tc>
          <w:tcPr>
            <w:tcW w:w="3912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160BF7C" w14:textId="77777777" w:rsidR="00FE403F" w:rsidRDefault="00000000">
            <w:r>
              <w:rPr>
                <w:b/>
                <w:color w:val="17365D"/>
                <w:sz w:val="14"/>
              </w:rPr>
              <w:t>備考・選択肢など</w:t>
            </w:r>
          </w:p>
        </w:tc>
      </w:tr>
      <w:tr w:rsidR="00FE403F" w14:paraId="5260CAA3" w14:textId="77777777">
        <w:trPr>
          <w:jc w:val="center"/>
        </w:trPr>
        <w:tc>
          <w:tcPr>
            <w:tcW w:w="62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1A4D19F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B0A9B5A" w14:textId="77777777" w:rsidR="00FE403F" w:rsidRDefault="00000000">
            <w:r>
              <w:rPr>
                <w:sz w:val="14"/>
              </w:rPr>
              <w:t>顧客番号</w:t>
            </w:r>
          </w:p>
        </w:tc>
        <w:tc>
          <w:tcPr>
            <w:tcW w:w="266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0F69653" w14:textId="77777777" w:rsidR="00FE403F" w:rsidRDefault="00FE403F"/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EF1C4B2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C13B2A4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3912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AB8E61D" w14:textId="77777777" w:rsidR="00FE403F" w:rsidRDefault="00FE403F"/>
        </w:tc>
      </w:tr>
      <w:tr w:rsidR="00FE403F" w14:paraId="32A11FBF" w14:textId="77777777">
        <w:trPr>
          <w:jc w:val="center"/>
        </w:trPr>
        <w:tc>
          <w:tcPr>
            <w:tcW w:w="62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64AC2D4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D212345" w14:textId="77777777" w:rsidR="00FE403F" w:rsidRDefault="00000000">
            <w:r>
              <w:rPr>
                <w:sz w:val="14"/>
              </w:rPr>
              <w:t>顧客区分</w:t>
            </w:r>
          </w:p>
        </w:tc>
        <w:tc>
          <w:tcPr>
            <w:tcW w:w="266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B52E941" w14:textId="77777777" w:rsidR="00FE403F" w:rsidRDefault="00FE403F"/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6CB3EA1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E2E5C11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3912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38EA6C9" w14:textId="77777777" w:rsidR="00FE403F" w:rsidRDefault="00FE403F"/>
        </w:tc>
      </w:tr>
      <w:tr w:rsidR="00FE403F" w14:paraId="68AAE7FF" w14:textId="77777777">
        <w:trPr>
          <w:jc w:val="center"/>
        </w:trPr>
        <w:tc>
          <w:tcPr>
            <w:tcW w:w="62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A4BBB19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655B0AE" w14:textId="77777777" w:rsidR="00FE403F" w:rsidRDefault="00000000">
            <w:r>
              <w:rPr>
                <w:sz w:val="14"/>
              </w:rPr>
              <w:t>氏名・顧客名</w:t>
            </w:r>
          </w:p>
        </w:tc>
        <w:tc>
          <w:tcPr>
            <w:tcW w:w="266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067F40D" w14:textId="77777777" w:rsidR="00FE403F" w:rsidRDefault="00FE403F"/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F0A85D7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1BD7142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3912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BAEB6E3" w14:textId="77777777" w:rsidR="00FE403F" w:rsidRDefault="00FE403F"/>
        </w:tc>
      </w:tr>
      <w:tr w:rsidR="00FE403F" w14:paraId="707C9261" w14:textId="77777777">
        <w:trPr>
          <w:jc w:val="center"/>
        </w:trPr>
        <w:tc>
          <w:tcPr>
            <w:tcW w:w="62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F93110D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80223BF" w14:textId="77777777" w:rsidR="00FE403F" w:rsidRDefault="00000000">
            <w:r>
              <w:rPr>
                <w:sz w:val="14"/>
              </w:rPr>
              <w:t>ふりがな</w:t>
            </w:r>
          </w:p>
        </w:tc>
        <w:tc>
          <w:tcPr>
            <w:tcW w:w="266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5223254" w14:textId="77777777" w:rsidR="00FE403F" w:rsidRDefault="00FE403F"/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BF16F1F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840D15A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3912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9AC4269" w14:textId="77777777" w:rsidR="00FE403F" w:rsidRDefault="00FE403F"/>
        </w:tc>
      </w:tr>
      <w:tr w:rsidR="00FE403F" w14:paraId="57F9BBCC" w14:textId="77777777">
        <w:trPr>
          <w:jc w:val="center"/>
        </w:trPr>
        <w:tc>
          <w:tcPr>
            <w:tcW w:w="62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6088414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FBFE262" w14:textId="77777777" w:rsidR="00FE403F" w:rsidRDefault="00000000">
            <w:r>
              <w:rPr>
                <w:sz w:val="14"/>
              </w:rPr>
              <w:t>会社・屋号</w:t>
            </w:r>
          </w:p>
        </w:tc>
        <w:tc>
          <w:tcPr>
            <w:tcW w:w="266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F5CB1D4" w14:textId="77777777" w:rsidR="00FE403F" w:rsidRDefault="00FE403F"/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21EDEE4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559B89A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3912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E0BDBBC" w14:textId="77777777" w:rsidR="00FE403F" w:rsidRDefault="00FE403F"/>
        </w:tc>
      </w:tr>
      <w:tr w:rsidR="00FE403F" w14:paraId="099C82C2" w14:textId="77777777">
        <w:trPr>
          <w:jc w:val="center"/>
        </w:trPr>
        <w:tc>
          <w:tcPr>
            <w:tcW w:w="62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2A66EBB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5F2CBCE" w14:textId="77777777" w:rsidR="00FE403F" w:rsidRDefault="00000000">
            <w:r>
              <w:rPr>
                <w:sz w:val="14"/>
              </w:rPr>
              <w:t>郵便番号</w:t>
            </w:r>
          </w:p>
        </w:tc>
        <w:tc>
          <w:tcPr>
            <w:tcW w:w="266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E818FCE" w14:textId="77777777" w:rsidR="00FE403F" w:rsidRDefault="00FE403F"/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B768FE1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E7A6D80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3912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9C79B45" w14:textId="77777777" w:rsidR="00FE403F" w:rsidRDefault="00FE403F"/>
        </w:tc>
      </w:tr>
      <w:tr w:rsidR="00FE403F" w14:paraId="2F92EE84" w14:textId="77777777">
        <w:trPr>
          <w:jc w:val="center"/>
        </w:trPr>
        <w:tc>
          <w:tcPr>
            <w:tcW w:w="62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450F40A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0AEF9E0" w14:textId="77777777" w:rsidR="00FE403F" w:rsidRDefault="00000000">
            <w:r>
              <w:rPr>
                <w:sz w:val="14"/>
              </w:rPr>
              <w:t>住所</w:t>
            </w:r>
          </w:p>
        </w:tc>
        <w:tc>
          <w:tcPr>
            <w:tcW w:w="266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3B4E2D7" w14:textId="77777777" w:rsidR="00FE403F" w:rsidRDefault="00FE403F"/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D6F0B21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80AAD3B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3912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CA48BC5" w14:textId="77777777" w:rsidR="00FE403F" w:rsidRDefault="00FE403F"/>
        </w:tc>
      </w:tr>
      <w:tr w:rsidR="00FE403F" w14:paraId="5655922F" w14:textId="77777777">
        <w:trPr>
          <w:jc w:val="center"/>
        </w:trPr>
        <w:tc>
          <w:tcPr>
            <w:tcW w:w="62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2D511A6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312E306" w14:textId="77777777" w:rsidR="00FE403F" w:rsidRDefault="00000000">
            <w:r>
              <w:rPr>
                <w:sz w:val="14"/>
              </w:rPr>
              <w:t>電話番号（自宅）</w:t>
            </w:r>
          </w:p>
        </w:tc>
        <w:tc>
          <w:tcPr>
            <w:tcW w:w="266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69C2F39" w14:textId="77777777" w:rsidR="00FE403F" w:rsidRDefault="00FE403F"/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0CC99F0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43A6C53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3912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05A6159" w14:textId="77777777" w:rsidR="00FE403F" w:rsidRDefault="00FE403F"/>
        </w:tc>
      </w:tr>
      <w:tr w:rsidR="00FE403F" w14:paraId="40F7262F" w14:textId="77777777">
        <w:trPr>
          <w:jc w:val="center"/>
        </w:trPr>
        <w:tc>
          <w:tcPr>
            <w:tcW w:w="62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BD602D9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C37F647" w14:textId="77777777" w:rsidR="00FE403F" w:rsidRDefault="00000000">
            <w:r>
              <w:rPr>
                <w:sz w:val="14"/>
              </w:rPr>
              <w:t>電話番号（携帯）</w:t>
            </w:r>
          </w:p>
        </w:tc>
        <w:tc>
          <w:tcPr>
            <w:tcW w:w="266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9EFEB85" w14:textId="77777777" w:rsidR="00FE403F" w:rsidRDefault="00FE403F"/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42B0C1C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27C49E4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3912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52B80C1" w14:textId="77777777" w:rsidR="00FE403F" w:rsidRDefault="00FE403F"/>
        </w:tc>
      </w:tr>
      <w:tr w:rsidR="00FE403F" w14:paraId="271F38EB" w14:textId="77777777">
        <w:trPr>
          <w:jc w:val="center"/>
        </w:trPr>
        <w:tc>
          <w:tcPr>
            <w:tcW w:w="62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480AA25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70C3BD0" w14:textId="77777777" w:rsidR="00FE403F" w:rsidRDefault="00000000">
            <w:r>
              <w:rPr>
                <w:sz w:val="14"/>
              </w:rPr>
              <w:t>メール</w:t>
            </w:r>
          </w:p>
        </w:tc>
        <w:tc>
          <w:tcPr>
            <w:tcW w:w="266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B5F6364" w14:textId="77777777" w:rsidR="00FE403F" w:rsidRDefault="00FE403F"/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574E272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02017A4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3912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A37BB74" w14:textId="77777777" w:rsidR="00FE403F" w:rsidRDefault="00FE403F"/>
        </w:tc>
      </w:tr>
      <w:tr w:rsidR="00FE403F" w14:paraId="6E46A40F" w14:textId="77777777">
        <w:trPr>
          <w:jc w:val="center"/>
        </w:trPr>
        <w:tc>
          <w:tcPr>
            <w:tcW w:w="62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3D758CC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7768A9D" w14:textId="77777777" w:rsidR="00FE403F" w:rsidRDefault="00000000">
            <w:r>
              <w:rPr>
                <w:sz w:val="14"/>
              </w:rPr>
              <w:t>生年月日</w:t>
            </w:r>
          </w:p>
        </w:tc>
        <w:tc>
          <w:tcPr>
            <w:tcW w:w="266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9B0704C" w14:textId="77777777" w:rsidR="00FE403F" w:rsidRDefault="00FE403F"/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0D0BD1E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2F419DD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3912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99117B1" w14:textId="77777777" w:rsidR="00FE403F" w:rsidRDefault="00FE403F"/>
        </w:tc>
      </w:tr>
      <w:tr w:rsidR="00FE403F" w14:paraId="516E1CDB" w14:textId="77777777">
        <w:trPr>
          <w:jc w:val="center"/>
        </w:trPr>
        <w:tc>
          <w:tcPr>
            <w:tcW w:w="62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710CD96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AABA9F7" w14:textId="77777777" w:rsidR="00FE403F" w:rsidRDefault="00000000">
            <w:r>
              <w:rPr>
                <w:sz w:val="14"/>
              </w:rPr>
              <w:t>入会日 / 初回取引日</w:t>
            </w:r>
          </w:p>
        </w:tc>
        <w:tc>
          <w:tcPr>
            <w:tcW w:w="266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6A44498" w14:textId="77777777" w:rsidR="00FE403F" w:rsidRDefault="00FE403F"/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6E84938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84DC68E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3912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AC70DED" w14:textId="77777777" w:rsidR="00FE403F" w:rsidRDefault="00FE403F"/>
        </w:tc>
      </w:tr>
      <w:tr w:rsidR="00FE403F" w14:paraId="12E27C06" w14:textId="77777777">
        <w:trPr>
          <w:jc w:val="center"/>
        </w:trPr>
        <w:tc>
          <w:tcPr>
            <w:tcW w:w="62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855DCA5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0FE6CAC" w14:textId="77777777" w:rsidR="00FE403F" w:rsidRDefault="00000000">
            <w:r>
              <w:rPr>
                <w:sz w:val="14"/>
              </w:rPr>
              <w:t>依頼内容</w:t>
            </w:r>
          </w:p>
        </w:tc>
        <w:tc>
          <w:tcPr>
            <w:tcW w:w="266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B9BEE4F" w14:textId="77777777" w:rsidR="00FE403F" w:rsidRDefault="00FE403F"/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8120EC9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7CE16CC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3912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84D91E3" w14:textId="77777777" w:rsidR="00FE403F" w:rsidRDefault="00FE403F"/>
        </w:tc>
      </w:tr>
      <w:tr w:rsidR="00FE403F" w14:paraId="2404E07F" w14:textId="77777777">
        <w:trPr>
          <w:jc w:val="center"/>
        </w:trPr>
        <w:tc>
          <w:tcPr>
            <w:tcW w:w="62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5BC9B65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FA2216B" w14:textId="77777777" w:rsidR="00FE403F" w:rsidRDefault="00000000">
            <w:r>
              <w:rPr>
                <w:sz w:val="14"/>
              </w:rPr>
              <w:t>状態</w:t>
            </w:r>
          </w:p>
        </w:tc>
        <w:tc>
          <w:tcPr>
            <w:tcW w:w="266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9E8FAC3" w14:textId="77777777" w:rsidR="00FE403F" w:rsidRDefault="00FE403F"/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9E8CC1A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2EAE34E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3912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81EE35B" w14:textId="77777777" w:rsidR="00FE403F" w:rsidRDefault="00FE403F"/>
        </w:tc>
      </w:tr>
      <w:tr w:rsidR="00FE403F" w14:paraId="1DFC6A58" w14:textId="77777777">
        <w:trPr>
          <w:jc w:val="center"/>
        </w:trPr>
        <w:tc>
          <w:tcPr>
            <w:tcW w:w="62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A2528B7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E97D51A" w14:textId="77777777" w:rsidR="00FE403F" w:rsidRDefault="00000000">
            <w:r>
              <w:rPr>
                <w:sz w:val="14"/>
              </w:rPr>
              <w:t>次回連絡日</w:t>
            </w:r>
          </w:p>
        </w:tc>
        <w:tc>
          <w:tcPr>
            <w:tcW w:w="266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1D715B9" w14:textId="77777777" w:rsidR="00FE403F" w:rsidRDefault="00FE403F"/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369146E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141789B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3912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7BCB86F" w14:textId="77777777" w:rsidR="00FE403F" w:rsidRDefault="00FE403F"/>
        </w:tc>
      </w:tr>
      <w:tr w:rsidR="00FE403F" w14:paraId="4F126AFB" w14:textId="77777777">
        <w:trPr>
          <w:jc w:val="center"/>
        </w:trPr>
        <w:tc>
          <w:tcPr>
            <w:tcW w:w="62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7887AB9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221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9D8F35B" w14:textId="77777777" w:rsidR="00FE403F" w:rsidRDefault="00000000">
            <w:r>
              <w:rPr>
                <w:sz w:val="14"/>
              </w:rPr>
              <w:t>次回連絡内容</w:t>
            </w:r>
          </w:p>
        </w:tc>
        <w:tc>
          <w:tcPr>
            <w:tcW w:w="266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2FCD67B" w14:textId="77777777" w:rsidR="00FE403F" w:rsidRDefault="00FE403F"/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8BD0027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680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5BBBF58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3912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EA87160" w14:textId="77777777" w:rsidR="00FE403F" w:rsidRDefault="00FE403F"/>
        </w:tc>
      </w:tr>
    </w:tbl>
    <w:p w14:paraId="109F09CF" w14:textId="77777777" w:rsidR="00FE403F" w:rsidRDefault="00000000">
      <w:pPr>
        <w:pStyle w:val="YPCSection"/>
        <w:pageBreakBefore/>
        <w:spacing w:before="60" w:after="30"/>
        <w:rPr>
          <w:lang w:eastAsia="ja-JP"/>
        </w:rPr>
      </w:pPr>
      <w:r>
        <w:rPr>
          <w:lang w:eastAsia="ja-JP"/>
        </w:rPr>
        <w:lastRenderedPageBreak/>
        <w:t>5. 履歴・入出金の名称</w:t>
      </w:r>
    </w:p>
    <w:p w14:paraId="40480FE2" w14:textId="77777777" w:rsidR="00FE403F" w:rsidRDefault="00000000">
      <w:pPr>
        <w:pStyle w:val="YPCSmall"/>
        <w:rPr>
          <w:lang w:eastAsia="ja-JP"/>
        </w:rPr>
      </w:pPr>
      <w:r>
        <w:rPr>
          <w:lang w:eastAsia="ja-JP"/>
        </w:rPr>
        <w:t>左側の機能名（例：受講履歴→作業履歴）と、各列名の両方を変更できます。画面・追加/編集画面・CSV見出しへ反映します。</w:t>
      </w:r>
    </w:p>
    <w:tbl>
      <w:tblPr>
        <w:tblStyle w:val="afe"/>
        <w:tblW w:w="5000" w:type="pct"/>
        <w:jc w:val="center"/>
        <w:tblLook w:val="04A0" w:firstRow="1" w:lastRow="0" w:firstColumn="1" w:lastColumn="0" w:noHBand="0" w:noVBand="1"/>
      </w:tblPr>
      <w:tblGrid>
        <w:gridCol w:w="1796"/>
        <w:gridCol w:w="2270"/>
        <w:gridCol w:w="2552"/>
        <w:gridCol w:w="4160"/>
      </w:tblGrid>
      <w:tr w:rsidR="00FE403F" w14:paraId="4FF45C6E" w14:textId="77777777" w:rsidTr="00872773">
        <w:trPr>
          <w:tblHeader/>
          <w:jc w:val="center"/>
        </w:trPr>
        <w:tc>
          <w:tcPr>
            <w:tcW w:w="83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7962818" w14:textId="77777777" w:rsidR="00FE403F" w:rsidRDefault="00000000">
            <w:proofErr w:type="spellStart"/>
            <w:r>
              <w:rPr>
                <w:b/>
                <w:color w:val="17365D"/>
                <w:sz w:val="15"/>
              </w:rPr>
              <w:t>現在の機能名</w:t>
            </w:r>
            <w:proofErr w:type="spellEnd"/>
          </w:p>
        </w:tc>
        <w:tc>
          <w:tcPr>
            <w:tcW w:w="105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68CF623" w14:textId="77777777" w:rsidR="00FE403F" w:rsidRDefault="00000000">
            <w:r>
              <w:rPr>
                <w:b/>
                <w:color w:val="17365D"/>
                <w:sz w:val="15"/>
              </w:rPr>
              <w:t>変更後の名称</w:t>
            </w:r>
          </w:p>
        </w:tc>
        <w:tc>
          <w:tcPr>
            <w:tcW w:w="1184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8CB7941" w14:textId="77777777" w:rsidR="00FE403F" w:rsidRDefault="00000000">
            <w:r>
              <w:rPr>
                <w:b/>
                <w:color w:val="17365D"/>
                <w:sz w:val="15"/>
              </w:rPr>
              <w:t>使用</w:t>
            </w:r>
          </w:p>
        </w:tc>
        <w:tc>
          <w:tcPr>
            <w:tcW w:w="1930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0F7729B" w14:textId="77777777" w:rsidR="00FE403F" w:rsidRDefault="00000000">
            <w:r>
              <w:rPr>
                <w:b/>
                <w:color w:val="17365D"/>
                <w:sz w:val="15"/>
              </w:rPr>
              <w:t>用途・備考</w:t>
            </w:r>
          </w:p>
        </w:tc>
      </w:tr>
      <w:tr w:rsidR="00FE403F" w14:paraId="7DB1742C" w14:textId="77777777" w:rsidTr="00872773">
        <w:trPr>
          <w:jc w:val="center"/>
        </w:trPr>
        <w:tc>
          <w:tcPr>
            <w:tcW w:w="83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C8AC3AC" w14:textId="77777777" w:rsidR="00FE403F" w:rsidRDefault="00000000">
            <w:r>
              <w:rPr>
                <w:sz w:val="15"/>
              </w:rPr>
              <w:t>連絡履歴</w:t>
            </w:r>
          </w:p>
        </w:tc>
        <w:tc>
          <w:tcPr>
            <w:tcW w:w="105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28183EA" w14:textId="77777777" w:rsidR="00FE403F" w:rsidRDefault="00FE403F"/>
        </w:tc>
        <w:tc>
          <w:tcPr>
            <w:tcW w:w="1184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DAE672C" w14:textId="77777777" w:rsidR="00FE403F" w:rsidRDefault="00000000">
            <w:r>
              <w:rPr>
                <w:sz w:val="15"/>
              </w:rPr>
              <w:t>□</w:t>
            </w:r>
          </w:p>
        </w:tc>
        <w:tc>
          <w:tcPr>
            <w:tcW w:w="1930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6B8E18C" w14:textId="77777777" w:rsidR="00FE403F" w:rsidRDefault="00FE403F"/>
        </w:tc>
      </w:tr>
      <w:tr w:rsidR="00FE403F" w14:paraId="2F0652A8" w14:textId="77777777" w:rsidTr="00872773">
        <w:trPr>
          <w:jc w:val="center"/>
        </w:trPr>
        <w:tc>
          <w:tcPr>
            <w:tcW w:w="83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BC2C4A8" w14:textId="77777777" w:rsidR="00FE403F" w:rsidRDefault="00000000">
            <w:r>
              <w:rPr>
                <w:sz w:val="15"/>
              </w:rPr>
              <w:t>受講履歴</w:t>
            </w:r>
          </w:p>
        </w:tc>
        <w:tc>
          <w:tcPr>
            <w:tcW w:w="105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9FF2080" w14:textId="77777777" w:rsidR="00FE403F" w:rsidRDefault="00FE403F"/>
        </w:tc>
        <w:tc>
          <w:tcPr>
            <w:tcW w:w="1184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B8E7C34" w14:textId="77777777" w:rsidR="00FE403F" w:rsidRDefault="00000000">
            <w:r>
              <w:rPr>
                <w:sz w:val="15"/>
              </w:rPr>
              <w:t>□</w:t>
            </w:r>
          </w:p>
        </w:tc>
        <w:tc>
          <w:tcPr>
            <w:tcW w:w="1930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43FCF73" w14:textId="77777777" w:rsidR="00FE403F" w:rsidRDefault="00000000">
            <w:r>
              <w:rPr>
                <w:sz w:val="15"/>
              </w:rPr>
              <w:t>例：作業履歴 / 対応履歴 / 来店履歴</w:t>
            </w:r>
          </w:p>
        </w:tc>
      </w:tr>
      <w:tr w:rsidR="00FE403F" w14:paraId="626C3CBD" w14:textId="77777777" w:rsidTr="00872773">
        <w:trPr>
          <w:jc w:val="center"/>
        </w:trPr>
        <w:tc>
          <w:tcPr>
            <w:tcW w:w="83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09DD5BE" w14:textId="77777777" w:rsidR="00FE403F" w:rsidRDefault="00000000">
            <w:r>
              <w:rPr>
                <w:sz w:val="15"/>
              </w:rPr>
              <w:t>入出金履歴</w:t>
            </w:r>
          </w:p>
        </w:tc>
        <w:tc>
          <w:tcPr>
            <w:tcW w:w="105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21DA447" w14:textId="77777777" w:rsidR="00FE403F" w:rsidRDefault="00FE403F"/>
        </w:tc>
        <w:tc>
          <w:tcPr>
            <w:tcW w:w="1184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63411DC" w14:textId="77777777" w:rsidR="00FE403F" w:rsidRDefault="00000000">
            <w:r>
              <w:rPr>
                <w:sz w:val="15"/>
              </w:rPr>
              <w:t>□</w:t>
            </w:r>
          </w:p>
        </w:tc>
        <w:tc>
          <w:tcPr>
            <w:tcW w:w="1930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69DE523" w14:textId="77777777" w:rsidR="00FE403F" w:rsidRDefault="00000000">
            <w:r>
              <w:rPr>
                <w:sz w:val="15"/>
              </w:rPr>
              <w:t>例：売上履歴 / 会計履歴</w:t>
            </w:r>
          </w:p>
        </w:tc>
      </w:tr>
      <w:tr w:rsidR="00FE403F" w14:paraId="0E627866" w14:textId="77777777" w:rsidTr="00872773">
        <w:trPr>
          <w:tblHeader/>
          <w:jc w:val="center"/>
        </w:trPr>
        <w:tc>
          <w:tcPr>
            <w:tcW w:w="83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D63145F" w14:textId="77777777" w:rsidR="00FE403F" w:rsidRDefault="00000000">
            <w:r>
              <w:rPr>
                <w:b/>
                <w:color w:val="17365D"/>
                <w:sz w:val="13"/>
              </w:rPr>
              <w:t>区分</w:t>
            </w:r>
          </w:p>
        </w:tc>
        <w:tc>
          <w:tcPr>
            <w:tcW w:w="105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D116811" w14:textId="77777777" w:rsidR="00FE403F" w:rsidRDefault="00000000">
            <w:r>
              <w:rPr>
                <w:b/>
                <w:color w:val="17365D"/>
                <w:sz w:val="13"/>
              </w:rPr>
              <w:t>現在の列名</w:t>
            </w:r>
          </w:p>
        </w:tc>
        <w:tc>
          <w:tcPr>
            <w:tcW w:w="1184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FD208D9" w14:textId="77777777" w:rsidR="00FE403F" w:rsidRDefault="00000000">
            <w:r>
              <w:rPr>
                <w:b/>
                <w:color w:val="17365D"/>
                <w:sz w:val="13"/>
              </w:rPr>
              <w:t>変更後の列名</w:t>
            </w:r>
          </w:p>
        </w:tc>
        <w:tc>
          <w:tcPr>
            <w:tcW w:w="1930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7AA6145" w14:textId="77777777" w:rsidR="00FE403F" w:rsidRDefault="00000000">
            <w:r>
              <w:rPr>
                <w:b/>
                <w:color w:val="17365D"/>
                <w:sz w:val="13"/>
              </w:rPr>
              <w:t>補足</w:t>
            </w:r>
          </w:p>
        </w:tc>
      </w:tr>
      <w:tr w:rsidR="00FE403F" w14:paraId="19151595" w14:textId="77777777" w:rsidTr="00872773">
        <w:trPr>
          <w:jc w:val="center"/>
        </w:trPr>
        <w:tc>
          <w:tcPr>
            <w:tcW w:w="83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2B19CD8" w14:textId="77777777" w:rsidR="00FE403F" w:rsidRDefault="00000000">
            <w:r>
              <w:rPr>
                <w:sz w:val="13"/>
              </w:rPr>
              <w:t>連絡履歴</w:t>
            </w:r>
          </w:p>
        </w:tc>
        <w:tc>
          <w:tcPr>
            <w:tcW w:w="105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2DB08BA" w14:textId="77777777" w:rsidR="00FE403F" w:rsidRDefault="00000000">
            <w:r>
              <w:rPr>
                <w:sz w:val="13"/>
              </w:rPr>
              <w:t>連絡日</w:t>
            </w:r>
          </w:p>
        </w:tc>
        <w:tc>
          <w:tcPr>
            <w:tcW w:w="1184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7EA7D98" w14:textId="77777777" w:rsidR="00FE403F" w:rsidRDefault="00FE403F"/>
        </w:tc>
        <w:tc>
          <w:tcPr>
            <w:tcW w:w="1930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9E108A3" w14:textId="77777777" w:rsidR="00FE403F" w:rsidRDefault="00FE403F"/>
        </w:tc>
      </w:tr>
      <w:tr w:rsidR="00FE403F" w14:paraId="0639F0DB" w14:textId="77777777" w:rsidTr="00872773">
        <w:trPr>
          <w:jc w:val="center"/>
        </w:trPr>
        <w:tc>
          <w:tcPr>
            <w:tcW w:w="83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8E9A9BA" w14:textId="77777777" w:rsidR="00FE403F" w:rsidRDefault="00FE403F"/>
        </w:tc>
        <w:tc>
          <w:tcPr>
            <w:tcW w:w="105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721320B" w14:textId="77777777" w:rsidR="00FE403F" w:rsidRDefault="00000000">
            <w:r>
              <w:rPr>
                <w:sz w:val="13"/>
              </w:rPr>
              <w:t>方法</w:t>
            </w:r>
          </w:p>
        </w:tc>
        <w:tc>
          <w:tcPr>
            <w:tcW w:w="1184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F8991EE" w14:textId="77777777" w:rsidR="00FE403F" w:rsidRDefault="00FE403F"/>
        </w:tc>
        <w:tc>
          <w:tcPr>
            <w:tcW w:w="1930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BB051AC" w14:textId="77777777" w:rsidR="00FE403F" w:rsidRDefault="00FE403F"/>
        </w:tc>
      </w:tr>
      <w:tr w:rsidR="00FE403F" w14:paraId="5ACB3828" w14:textId="77777777" w:rsidTr="00872773">
        <w:trPr>
          <w:jc w:val="center"/>
        </w:trPr>
        <w:tc>
          <w:tcPr>
            <w:tcW w:w="83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7D9ABF7" w14:textId="77777777" w:rsidR="00FE403F" w:rsidRDefault="00FE403F"/>
        </w:tc>
        <w:tc>
          <w:tcPr>
            <w:tcW w:w="105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4A71B96" w14:textId="77777777" w:rsidR="00FE403F" w:rsidRDefault="00000000">
            <w:r>
              <w:rPr>
                <w:sz w:val="13"/>
              </w:rPr>
              <w:t>内容</w:t>
            </w:r>
          </w:p>
        </w:tc>
        <w:tc>
          <w:tcPr>
            <w:tcW w:w="1184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9DA493F" w14:textId="77777777" w:rsidR="00FE403F" w:rsidRDefault="00FE403F"/>
        </w:tc>
        <w:tc>
          <w:tcPr>
            <w:tcW w:w="1930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638C430" w14:textId="77777777" w:rsidR="00FE403F" w:rsidRDefault="00FE403F"/>
        </w:tc>
      </w:tr>
      <w:tr w:rsidR="00FE403F" w14:paraId="594CD99F" w14:textId="77777777" w:rsidTr="00872773">
        <w:trPr>
          <w:jc w:val="center"/>
        </w:trPr>
        <w:tc>
          <w:tcPr>
            <w:tcW w:w="83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13644C0" w14:textId="77777777" w:rsidR="00FE403F" w:rsidRDefault="00FE403F"/>
        </w:tc>
        <w:tc>
          <w:tcPr>
            <w:tcW w:w="105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9F85B01" w14:textId="77777777" w:rsidR="00FE403F" w:rsidRDefault="00000000">
            <w:r>
              <w:rPr>
                <w:sz w:val="13"/>
              </w:rPr>
              <w:t>メモ</w:t>
            </w:r>
          </w:p>
        </w:tc>
        <w:tc>
          <w:tcPr>
            <w:tcW w:w="1184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7C82CBA" w14:textId="77777777" w:rsidR="00FE403F" w:rsidRDefault="00FE403F"/>
        </w:tc>
        <w:tc>
          <w:tcPr>
            <w:tcW w:w="1930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5689C9C" w14:textId="77777777" w:rsidR="00FE403F" w:rsidRDefault="00FE403F"/>
        </w:tc>
      </w:tr>
      <w:tr w:rsidR="00FE403F" w14:paraId="3C710644" w14:textId="77777777" w:rsidTr="00872773">
        <w:trPr>
          <w:jc w:val="center"/>
        </w:trPr>
        <w:tc>
          <w:tcPr>
            <w:tcW w:w="83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4459781" w14:textId="77777777" w:rsidR="00FE403F" w:rsidRDefault="00000000">
            <w:r>
              <w:rPr>
                <w:sz w:val="13"/>
              </w:rPr>
              <w:t>受講履歴</w:t>
            </w:r>
          </w:p>
        </w:tc>
        <w:tc>
          <w:tcPr>
            <w:tcW w:w="105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CD21B89" w14:textId="77777777" w:rsidR="00FE403F" w:rsidRDefault="00000000">
            <w:r>
              <w:rPr>
                <w:sz w:val="13"/>
              </w:rPr>
              <w:t>受講日</w:t>
            </w:r>
          </w:p>
        </w:tc>
        <w:tc>
          <w:tcPr>
            <w:tcW w:w="1184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377315C" w14:textId="77777777" w:rsidR="00FE403F" w:rsidRDefault="00FE403F"/>
        </w:tc>
        <w:tc>
          <w:tcPr>
            <w:tcW w:w="1930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EAD610D" w14:textId="77777777" w:rsidR="00FE403F" w:rsidRDefault="00FE403F"/>
        </w:tc>
      </w:tr>
      <w:tr w:rsidR="00FE403F" w14:paraId="73540F6E" w14:textId="77777777" w:rsidTr="00872773">
        <w:trPr>
          <w:jc w:val="center"/>
        </w:trPr>
        <w:tc>
          <w:tcPr>
            <w:tcW w:w="83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70A30AC" w14:textId="77777777" w:rsidR="00FE403F" w:rsidRDefault="00FE403F"/>
        </w:tc>
        <w:tc>
          <w:tcPr>
            <w:tcW w:w="105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CFA2BBF" w14:textId="77777777" w:rsidR="00FE403F" w:rsidRDefault="00000000">
            <w:r>
              <w:rPr>
                <w:sz w:val="13"/>
              </w:rPr>
              <w:t>学習内容</w:t>
            </w:r>
          </w:p>
        </w:tc>
        <w:tc>
          <w:tcPr>
            <w:tcW w:w="1184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46D227D" w14:textId="77777777" w:rsidR="00FE403F" w:rsidRDefault="00FE403F"/>
        </w:tc>
        <w:tc>
          <w:tcPr>
            <w:tcW w:w="1930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9D10906" w14:textId="77777777" w:rsidR="00FE403F" w:rsidRDefault="00FE403F"/>
        </w:tc>
      </w:tr>
      <w:tr w:rsidR="00FE403F" w14:paraId="455354B9" w14:textId="77777777" w:rsidTr="00872773">
        <w:trPr>
          <w:jc w:val="center"/>
        </w:trPr>
        <w:tc>
          <w:tcPr>
            <w:tcW w:w="83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AE0F082" w14:textId="77777777" w:rsidR="00FE403F" w:rsidRDefault="00FE403F"/>
        </w:tc>
        <w:tc>
          <w:tcPr>
            <w:tcW w:w="105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277ADAE" w14:textId="77777777" w:rsidR="00FE403F" w:rsidRDefault="00000000">
            <w:r>
              <w:rPr>
                <w:sz w:val="13"/>
              </w:rPr>
              <w:t>進捗</w:t>
            </w:r>
          </w:p>
        </w:tc>
        <w:tc>
          <w:tcPr>
            <w:tcW w:w="1184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44EA8D3" w14:textId="77777777" w:rsidR="00FE403F" w:rsidRDefault="00FE403F"/>
        </w:tc>
        <w:tc>
          <w:tcPr>
            <w:tcW w:w="1930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8AFA4D5" w14:textId="77777777" w:rsidR="00FE403F" w:rsidRDefault="00FE403F"/>
        </w:tc>
      </w:tr>
      <w:tr w:rsidR="00FE403F" w14:paraId="2522FF77" w14:textId="77777777" w:rsidTr="00872773">
        <w:trPr>
          <w:jc w:val="center"/>
        </w:trPr>
        <w:tc>
          <w:tcPr>
            <w:tcW w:w="83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8E612C7" w14:textId="77777777" w:rsidR="00FE403F" w:rsidRDefault="00FE403F"/>
        </w:tc>
        <w:tc>
          <w:tcPr>
            <w:tcW w:w="105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D6B2068" w14:textId="77777777" w:rsidR="00FE403F" w:rsidRDefault="00000000">
            <w:r>
              <w:rPr>
                <w:sz w:val="13"/>
              </w:rPr>
              <w:t>次回予定</w:t>
            </w:r>
          </w:p>
        </w:tc>
        <w:tc>
          <w:tcPr>
            <w:tcW w:w="1184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1C6ED87" w14:textId="77777777" w:rsidR="00FE403F" w:rsidRDefault="00FE403F"/>
        </w:tc>
        <w:tc>
          <w:tcPr>
            <w:tcW w:w="1930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7933347" w14:textId="77777777" w:rsidR="00FE403F" w:rsidRDefault="00FE403F"/>
        </w:tc>
      </w:tr>
      <w:tr w:rsidR="00FE403F" w14:paraId="3ABA2E96" w14:textId="77777777" w:rsidTr="00872773">
        <w:trPr>
          <w:jc w:val="center"/>
        </w:trPr>
        <w:tc>
          <w:tcPr>
            <w:tcW w:w="83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AAF3572" w14:textId="77777777" w:rsidR="00FE403F" w:rsidRDefault="00FE403F"/>
        </w:tc>
        <w:tc>
          <w:tcPr>
            <w:tcW w:w="105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EA23F9D" w14:textId="77777777" w:rsidR="00FE403F" w:rsidRDefault="00000000">
            <w:r>
              <w:rPr>
                <w:sz w:val="13"/>
              </w:rPr>
              <w:t>メモ</w:t>
            </w:r>
          </w:p>
        </w:tc>
        <w:tc>
          <w:tcPr>
            <w:tcW w:w="1184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16F44C5" w14:textId="77777777" w:rsidR="00FE403F" w:rsidRDefault="00FE403F"/>
        </w:tc>
        <w:tc>
          <w:tcPr>
            <w:tcW w:w="1930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4AE387E" w14:textId="77777777" w:rsidR="00FE403F" w:rsidRDefault="00FE403F"/>
        </w:tc>
      </w:tr>
      <w:tr w:rsidR="00FE403F" w14:paraId="638B7FAB" w14:textId="77777777" w:rsidTr="00872773">
        <w:trPr>
          <w:jc w:val="center"/>
        </w:trPr>
        <w:tc>
          <w:tcPr>
            <w:tcW w:w="83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39A1127" w14:textId="77777777" w:rsidR="00FE403F" w:rsidRDefault="00000000">
            <w:r>
              <w:rPr>
                <w:sz w:val="13"/>
              </w:rPr>
              <w:t>入出金履歴</w:t>
            </w:r>
          </w:p>
        </w:tc>
        <w:tc>
          <w:tcPr>
            <w:tcW w:w="105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890C4C9" w14:textId="77777777" w:rsidR="00FE403F" w:rsidRDefault="00000000">
            <w:r>
              <w:rPr>
                <w:sz w:val="13"/>
              </w:rPr>
              <w:t>入出金日</w:t>
            </w:r>
          </w:p>
        </w:tc>
        <w:tc>
          <w:tcPr>
            <w:tcW w:w="1184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4DA0EAB" w14:textId="77777777" w:rsidR="00FE403F" w:rsidRDefault="00FE403F"/>
        </w:tc>
        <w:tc>
          <w:tcPr>
            <w:tcW w:w="1930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C7159B6" w14:textId="77777777" w:rsidR="00FE403F" w:rsidRDefault="00FE403F"/>
        </w:tc>
      </w:tr>
      <w:tr w:rsidR="00FE403F" w14:paraId="14008798" w14:textId="77777777" w:rsidTr="00872773">
        <w:trPr>
          <w:jc w:val="center"/>
        </w:trPr>
        <w:tc>
          <w:tcPr>
            <w:tcW w:w="83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9ADBA2E" w14:textId="77777777" w:rsidR="00FE403F" w:rsidRDefault="00FE403F"/>
        </w:tc>
        <w:tc>
          <w:tcPr>
            <w:tcW w:w="105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8CC689B" w14:textId="77777777" w:rsidR="00FE403F" w:rsidRDefault="00000000">
            <w:r>
              <w:rPr>
                <w:sz w:val="13"/>
              </w:rPr>
              <w:t>種別</w:t>
            </w:r>
          </w:p>
        </w:tc>
        <w:tc>
          <w:tcPr>
            <w:tcW w:w="1184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4D5B961" w14:textId="77777777" w:rsidR="00FE403F" w:rsidRDefault="00FE403F"/>
        </w:tc>
        <w:tc>
          <w:tcPr>
            <w:tcW w:w="1930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635AB7C" w14:textId="77777777" w:rsidR="00FE403F" w:rsidRDefault="00FE403F"/>
        </w:tc>
      </w:tr>
      <w:tr w:rsidR="00FE403F" w14:paraId="0A1479E9" w14:textId="77777777" w:rsidTr="00872773">
        <w:trPr>
          <w:jc w:val="center"/>
        </w:trPr>
        <w:tc>
          <w:tcPr>
            <w:tcW w:w="83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35E99FF" w14:textId="77777777" w:rsidR="00FE403F" w:rsidRDefault="00FE403F"/>
        </w:tc>
        <w:tc>
          <w:tcPr>
            <w:tcW w:w="105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F46CC4B" w14:textId="77777777" w:rsidR="00FE403F" w:rsidRDefault="00000000">
            <w:r>
              <w:rPr>
                <w:sz w:val="13"/>
              </w:rPr>
              <w:t>金額</w:t>
            </w:r>
          </w:p>
        </w:tc>
        <w:tc>
          <w:tcPr>
            <w:tcW w:w="1184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A180814" w14:textId="77777777" w:rsidR="00FE403F" w:rsidRDefault="00FE403F"/>
        </w:tc>
        <w:tc>
          <w:tcPr>
            <w:tcW w:w="1930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6FAAEE5" w14:textId="77777777" w:rsidR="00FE403F" w:rsidRDefault="00FE403F"/>
        </w:tc>
      </w:tr>
      <w:tr w:rsidR="00FE403F" w14:paraId="102B45B9" w14:textId="77777777" w:rsidTr="00872773">
        <w:trPr>
          <w:jc w:val="center"/>
        </w:trPr>
        <w:tc>
          <w:tcPr>
            <w:tcW w:w="83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E9596B7" w14:textId="77777777" w:rsidR="00FE403F" w:rsidRDefault="00FE403F"/>
        </w:tc>
        <w:tc>
          <w:tcPr>
            <w:tcW w:w="105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BC3D7B9" w14:textId="77777777" w:rsidR="00FE403F" w:rsidRDefault="00000000">
            <w:r>
              <w:rPr>
                <w:sz w:val="13"/>
              </w:rPr>
              <w:t>区分</w:t>
            </w:r>
          </w:p>
        </w:tc>
        <w:tc>
          <w:tcPr>
            <w:tcW w:w="1184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337CDF8" w14:textId="77777777" w:rsidR="00FE403F" w:rsidRDefault="00FE403F"/>
        </w:tc>
        <w:tc>
          <w:tcPr>
            <w:tcW w:w="1930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EE55CF1" w14:textId="77777777" w:rsidR="00FE403F" w:rsidRDefault="00FE403F"/>
        </w:tc>
      </w:tr>
      <w:tr w:rsidR="00FE403F" w14:paraId="192F2FEB" w14:textId="77777777" w:rsidTr="00872773">
        <w:trPr>
          <w:jc w:val="center"/>
        </w:trPr>
        <w:tc>
          <w:tcPr>
            <w:tcW w:w="83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71E8F37" w14:textId="77777777" w:rsidR="00FE403F" w:rsidRDefault="00FE403F"/>
        </w:tc>
        <w:tc>
          <w:tcPr>
            <w:tcW w:w="105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A6915FD" w14:textId="77777777" w:rsidR="00FE403F" w:rsidRDefault="00000000">
            <w:r>
              <w:rPr>
                <w:sz w:val="13"/>
              </w:rPr>
              <w:t>支払方法</w:t>
            </w:r>
          </w:p>
        </w:tc>
        <w:tc>
          <w:tcPr>
            <w:tcW w:w="1184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C7D38B1" w14:textId="77777777" w:rsidR="00FE403F" w:rsidRDefault="00FE403F"/>
        </w:tc>
        <w:tc>
          <w:tcPr>
            <w:tcW w:w="1930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AF4B776" w14:textId="77777777" w:rsidR="00FE403F" w:rsidRDefault="00FE403F"/>
        </w:tc>
      </w:tr>
      <w:tr w:rsidR="00FE403F" w14:paraId="10F059BE" w14:textId="77777777" w:rsidTr="00872773">
        <w:trPr>
          <w:jc w:val="center"/>
        </w:trPr>
        <w:tc>
          <w:tcPr>
            <w:tcW w:w="83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24DFC33" w14:textId="77777777" w:rsidR="00FE403F" w:rsidRDefault="00FE403F"/>
        </w:tc>
        <w:tc>
          <w:tcPr>
            <w:tcW w:w="1053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4D10259" w14:textId="77777777" w:rsidR="00FE403F" w:rsidRDefault="00000000">
            <w:r>
              <w:rPr>
                <w:sz w:val="13"/>
              </w:rPr>
              <w:t>メモ</w:t>
            </w:r>
          </w:p>
        </w:tc>
        <w:tc>
          <w:tcPr>
            <w:tcW w:w="1184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153F7A9" w14:textId="77777777" w:rsidR="00FE403F" w:rsidRDefault="00FE403F"/>
        </w:tc>
        <w:tc>
          <w:tcPr>
            <w:tcW w:w="1930" w:type="pct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D50D461" w14:textId="77777777" w:rsidR="00FE403F" w:rsidRDefault="00FE403F"/>
        </w:tc>
      </w:tr>
    </w:tbl>
    <w:p w14:paraId="6FAF92F4" w14:textId="77777777" w:rsidR="00FE403F" w:rsidRDefault="00000000">
      <w:pPr>
        <w:pStyle w:val="YPCSection"/>
        <w:spacing w:before="60" w:after="30"/>
        <w:rPr>
          <w:lang w:eastAsia="ja-JP"/>
        </w:rPr>
      </w:pPr>
      <w:r>
        <w:rPr>
          <w:lang w:eastAsia="ja-JP"/>
        </w:rPr>
        <w:t>6. 追加したい独自項目（最大15項目程度）</w:t>
      </w:r>
    </w:p>
    <w:p w14:paraId="3DA59F0A" w14:textId="77777777" w:rsidR="00FE403F" w:rsidRDefault="00000000">
      <w:pPr>
        <w:pStyle w:val="YPCSmall"/>
        <w:rPr>
          <w:lang w:eastAsia="ja-JP"/>
        </w:rPr>
      </w:pPr>
      <w:r>
        <w:rPr>
          <w:lang w:eastAsia="ja-JP"/>
        </w:rPr>
        <w:t>種類例：文字 / 長文 / 数値 / 日付 / チェック / 選択肢 / 電話 / メール / URL　※6項目を超える場合は別紙でも可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1701"/>
        <w:gridCol w:w="737"/>
        <w:gridCol w:w="737"/>
        <w:gridCol w:w="4479"/>
      </w:tblGrid>
      <w:tr w:rsidR="00FE403F" w14:paraId="6DD11CF9" w14:textId="77777777">
        <w:trPr>
          <w:tblHeader/>
          <w:jc w:val="center"/>
        </w:trPr>
        <w:tc>
          <w:tcPr>
            <w:tcW w:w="56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5D31AFA" w14:textId="77777777" w:rsidR="00FE403F" w:rsidRDefault="00000000">
            <w:r>
              <w:rPr>
                <w:b/>
                <w:color w:val="17365D"/>
                <w:sz w:val="14"/>
              </w:rPr>
              <w:t>No.</w:t>
            </w:r>
          </w:p>
        </w:tc>
        <w:tc>
          <w:tcPr>
            <w:tcW w:w="255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EBEA237" w14:textId="77777777" w:rsidR="00FE403F" w:rsidRDefault="00000000">
            <w:r>
              <w:rPr>
                <w:b/>
                <w:color w:val="17365D"/>
                <w:sz w:val="14"/>
              </w:rPr>
              <w:t>項目名</w:t>
            </w:r>
          </w:p>
        </w:tc>
        <w:tc>
          <w:tcPr>
            <w:tcW w:w="170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261F710" w14:textId="77777777" w:rsidR="00FE403F" w:rsidRDefault="00000000">
            <w:r>
              <w:rPr>
                <w:b/>
                <w:color w:val="17365D"/>
                <w:sz w:val="14"/>
              </w:rPr>
              <w:t>種類</w:t>
            </w:r>
          </w:p>
        </w:tc>
        <w:tc>
          <w:tcPr>
            <w:tcW w:w="73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3500DE9" w14:textId="77777777" w:rsidR="00FE403F" w:rsidRDefault="00000000">
            <w:r>
              <w:rPr>
                <w:b/>
                <w:color w:val="17365D"/>
                <w:sz w:val="14"/>
              </w:rPr>
              <w:t>必須</w:t>
            </w:r>
          </w:p>
        </w:tc>
        <w:tc>
          <w:tcPr>
            <w:tcW w:w="73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132691B" w14:textId="77777777" w:rsidR="00FE403F" w:rsidRDefault="00000000">
            <w:r>
              <w:rPr>
                <w:b/>
                <w:color w:val="17365D"/>
                <w:sz w:val="14"/>
              </w:rPr>
              <w:t>一覧</w:t>
            </w:r>
          </w:p>
        </w:tc>
        <w:tc>
          <w:tcPr>
            <w:tcW w:w="4479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5F6F2E6" w14:textId="77777777" w:rsidR="00FE403F" w:rsidRDefault="00000000">
            <w:r>
              <w:rPr>
                <w:b/>
                <w:color w:val="17365D"/>
                <w:sz w:val="14"/>
              </w:rPr>
              <w:t>選択肢・備考</w:t>
            </w:r>
          </w:p>
        </w:tc>
      </w:tr>
      <w:tr w:rsidR="00FE403F" w14:paraId="7C3B2347" w14:textId="77777777">
        <w:trPr>
          <w:jc w:val="center"/>
        </w:trPr>
        <w:tc>
          <w:tcPr>
            <w:tcW w:w="56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A51635F" w14:textId="77777777" w:rsidR="00FE403F" w:rsidRDefault="00000000">
            <w:r>
              <w:rPr>
                <w:sz w:val="14"/>
              </w:rPr>
              <w:t>1</w:t>
            </w:r>
          </w:p>
        </w:tc>
        <w:tc>
          <w:tcPr>
            <w:tcW w:w="255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F5DDEBE" w14:textId="77777777" w:rsidR="00FE403F" w:rsidRDefault="00FE403F"/>
        </w:tc>
        <w:tc>
          <w:tcPr>
            <w:tcW w:w="170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F3717CE" w14:textId="77777777" w:rsidR="00FE403F" w:rsidRDefault="00FE403F"/>
        </w:tc>
        <w:tc>
          <w:tcPr>
            <w:tcW w:w="73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F99328B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73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334F050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4479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0F4039C" w14:textId="77777777" w:rsidR="00FE403F" w:rsidRDefault="00FE403F"/>
        </w:tc>
      </w:tr>
      <w:tr w:rsidR="00FE403F" w14:paraId="635A3164" w14:textId="77777777">
        <w:trPr>
          <w:jc w:val="center"/>
        </w:trPr>
        <w:tc>
          <w:tcPr>
            <w:tcW w:w="56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3C5500F" w14:textId="77777777" w:rsidR="00FE403F" w:rsidRDefault="00000000">
            <w:r>
              <w:rPr>
                <w:sz w:val="14"/>
              </w:rPr>
              <w:t>2</w:t>
            </w:r>
          </w:p>
        </w:tc>
        <w:tc>
          <w:tcPr>
            <w:tcW w:w="255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39D0D44" w14:textId="77777777" w:rsidR="00FE403F" w:rsidRDefault="00FE403F"/>
        </w:tc>
        <w:tc>
          <w:tcPr>
            <w:tcW w:w="170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B12BDEB" w14:textId="77777777" w:rsidR="00FE403F" w:rsidRDefault="00FE403F"/>
        </w:tc>
        <w:tc>
          <w:tcPr>
            <w:tcW w:w="73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90CE6DF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73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F01AE4A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4479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E8805FB" w14:textId="77777777" w:rsidR="00FE403F" w:rsidRDefault="00FE403F"/>
        </w:tc>
      </w:tr>
      <w:tr w:rsidR="00FE403F" w14:paraId="4913F11F" w14:textId="77777777">
        <w:trPr>
          <w:jc w:val="center"/>
        </w:trPr>
        <w:tc>
          <w:tcPr>
            <w:tcW w:w="56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625C6E9" w14:textId="77777777" w:rsidR="00FE403F" w:rsidRDefault="00000000">
            <w:r>
              <w:rPr>
                <w:sz w:val="14"/>
              </w:rPr>
              <w:t>3</w:t>
            </w:r>
          </w:p>
        </w:tc>
        <w:tc>
          <w:tcPr>
            <w:tcW w:w="255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24C9C9B" w14:textId="77777777" w:rsidR="00FE403F" w:rsidRDefault="00FE403F"/>
        </w:tc>
        <w:tc>
          <w:tcPr>
            <w:tcW w:w="170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020B67C" w14:textId="77777777" w:rsidR="00FE403F" w:rsidRDefault="00FE403F"/>
        </w:tc>
        <w:tc>
          <w:tcPr>
            <w:tcW w:w="73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2057429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73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6461CD1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4479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ACC4230" w14:textId="77777777" w:rsidR="00FE403F" w:rsidRDefault="00FE403F"/>
        </w:tc>
      </w:tr>
      <w:tr w:rsidR="00FE403F" w14:paraId="2C89211F" w14:textId="77777777">
        <w:trPr>
          <w:jc w:val="center"/>
        </w:trPr>
        <w:tc>
          <w:tcPr>
            <w:tcW w:w="56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D160942" w14:textId="77777777" w:rsidR="00FE403F" w:rsidRDefault="00000000">
            <w:r>
              <w:rPr>
                <w:sz w:val="14"/>
              </w:rPr>
              <w:t>4</w:t>
            </w:r>
          </w:p>
        </w:tc>
        <w:tc>
          <w:tcPr>
            <w:tcW w:w="255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16DD807" w14:textId="77777777" w:rsidR="00FE403F" w:rsidRDefault="00FE403F"/>
        </w:tc>
        <w:tc>
          <w:tcPr>
            <w:tcW w:w="170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E058772" w14:textId="77777777" w:rsidR="00FE403F" w:rsidRDefault="00FE403F"/>
        </w:tc>
        <w:tc>
          <w:tcPr>
            <w:tcW w:w="73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529E07A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73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2958DC6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4479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E6CBC84" w14:textId="77777777" w:rsidR="00FE403F" w:rsidRDefault="00FE403F"/>
        </w:tc>
      </w:tr>
      <w:tr w:rsidR="00FE403F" w14:paraId="0401E842" w14:textId="77777777">
        <w:trPr>
          <w:jc w:val="center"/>
        </w:trPr>
        <w:tc>
          <w:tcPr>
            <w:tcW w:w="56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3C85DD5" w14:textId="77777777" w:rsidR="00FE403F" w:rsidRDefault="00000000">
            <w:r>
              <w:rPr>
                <w:sz w:val="14"/>
              </w:rPr>
              <w:t>5</w:t>
            </w:r>
          </w:p>
        </w:tc>
        <w:tc>
          <w:tcPr>
            <w:tcW w:w="255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8C4775D" w14:textId="77777777" w:rsidR="00FE403F" w:rsidRDefault="00FE403F"/>
        </w:tc>
        <w:tc>
          <w:tcPr>
            <w:tcW w:w="170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4241377" w14:textId="77777777" w:rsidR="00FE403F" w:rsidRDefault="00FE403F"/>
        </w:tc>
        <w:tc>
          <w:tcPr>
            <w:tcW w:w="73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70B6630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73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B5C34DB" w14:textId="77777777" w:rsidR="00FE403F" w:rsidRDefault="00000000">
            <w:r>
              <w:rPr>
                <w:sz w:val="14"/>
              </w:rPr>
              <w:t>□</w:t>
            </w:r>
          </w:p>
        </w:tc>
        <w:tc>
          <w:tcPr>
            <w:tcW w:w="4479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B645AF2" w14:textId="77777777" w:rsidR="00FE403F" w:rsidRDefault="00FE403F"/>
        </w:tc>
      </w:tr>
    </w:tbl>
    <w:p w14:paraId="4EFBFE0F" w14:textId="77777777" w:rsidR="00FE403F" w:rsidRDefault="00000000">
      <w:pPr>
        <w:pStyle w:val="YPCSection"/>
        <w:spacing w:before="60" w:after="30"/>
        <w:rPr>
          <w:lang w:eastAsia="ja-JP"/>
        </w:rPr>
      </w:pPr>
      <w:r>
        <w:rPr>
          <w:lang w:eastAsia="ja-JP"/>
        </w:rPr>
        <w:t>7. 写真・資料・関連ファイル / 保存・バックアップ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8787"/>
      </w:tblGrid>
      <w:tr w:rsidR="00FE403F" w14:paraId="3272BB56" w14:textId="77777777">
        <w:trPr>
          <w:jc w:val="center"/>
        </w:trPr>
        <w:tc>
          <w:tcPr>
            <w:tcW w:w="198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44E5B9E" w14:textId="77777777" w:rsidR="00FE403F" w:rsidRDefault="00000000">
            <w:proofErr w:type="spellStart"/>
            <w:r>
              <w:rPr>
                <w:b/>
                <w:sz w:val="14"/>
              </w:rPr>
              <w:t>写真</w:t>
            </w:r>
            <w:proofErr w:type="spellEnd"/>
          </w:p>
        </w:tc>
        <w:tc>
          <w:tcPr>
            <w:tcW w:w="878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D1D91E4" w14:textId="77777777" w:rsidR="00FE403F" w:rsidRDefault="00000000">
            <w:pPr>
              <w:rPr>
                <w:lang w:eastAsia="ja-JP"/>
              </w:rPr>
            </w:pPr>
            <w:r>
              <w:rPr>
                <w:sz w:val="14"/>
                <w:lang w:eastAsia="ja-JP"/>
              </w:rPr>
              <w:t>□ 使用する　□ 使用しない　用途：□ 顔写真　□ 商品 / 車両 / 物件等　□ その他：________</w:t>
            </w:r>
          </w:p>
        </w:tc>
      </w:tr>
      <w:tr w:rsidR="00FE403F" w14:paraId="0A9DB640" w14:textId="77777777">
        <w:trPr>
          <w:jc w:val="center"/>
        </w:trPr>
        <w:tc>
          <w:tcPr>
            <w:tcW w:w="198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6898E1B" w14:textId="77777777" w:rsidR="00FE403F" w:rsidRDefault="00000000">
            <w:proofErr w:type="spellStart"/>
            <w:r>
              <w:rPr>
                <w:b/>
                <w:sz w:val="14"/>
              </w:rPr>
              <w:t>画像・資料</w:t>
            </w:r>
            <w:proofErr w:type="spellEnd"/>
          </w:p>
        </w:tc>
        <w:tc>
          <w:tcPr>
            <w:tcW w:w="878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61DA709" w14:textId="77777777" w:rsidR="00FE403F" w:rsidRDefault="00000000">
            <w:pPr>
              <w:rPr>
                <w:lang w:eastAsia="ja-JP"/>
              </w:rPr>
            </w:pPr>
            <w:r>
              <w:rPr>
                <w:sz w:val="14"/>
                <w:lang w:eastAsia="ja-JP"/>
              </w:rPr>
              <w:t>□ 使用する　□ 使用しない　主な資料：________________________________________</w:t>
            </w:r>
          </w:p>
        </w:tc>
      </w:tr>
      <w:tr w:rsidR="00FE403F" w14:paraId="6745C646" w14:textId="77777777">
        <w:trPr>
          <w:jc w:val="center"/>
        </w:trPr>
        <w:tc>
          <w:tcPr>
            <w:tcW w:w="198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F656EA5" w14:textId="77777777" w:rsidR="00FE403F" w:rsidRDefault="00000000">
            <w:proofErr w:type="spellStart"/>
            <w:r>
              <w:rPr>
                <w:b/>
                <w:sz w:val="14"/>
              </w:rPr>
              <w:t>関連ファイル</w:t>
            </w:r>
            <w:proofErr w:type="spellEnd"/>
          </w:p>
        </w:tc>
        <w:tc>
          <w:tcPr>
            <w:tcW w:w="878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1528F06" w14:textId="77777777" w:rsidR="00FE403F" w:rsidRDefault="00000000">
            <w:pPr>
              <w:rPr>
                <w:lang w:eastAsia="ja-JP"/>
              </w:rPr>
            </w:pPr>
            <w:r>
              <w:rPr>
                <w:sz w:val="14"/>
                <w:lang w:eastAsia="ja-JP"/>
              </w:rPr>
              <w:t>□ 使用する　□ 使用しない　表示名変更：____________　主な保存物：________________</w:t>
            </w:r>
          </w:p>
        </w:tc>
      </w:tr>
      <w:tr w:rsidR="00FE403F" w14:paraId="672126F5" w14:textId="77777777">
        <w:trPr>
          <w:jc w:val="center"/>
        </w:trPr>
        <w:tc>
          <w:tcPr>
            <w:tcW w:w="198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AD45740" w14:textId="77777777" w:rsidR="00FE403F" w:rsidRDefault="00000000">
            <w:proofErr w:type="spellStart"/>
            <w:r>
              <w:rPr>
                <w:b/>
                <w:sz w:val="14"/>
              </w:rPr>
              <w:t>バックアップ</w:t>
            </w:r>
            <w:proofErr w:type="spellEnd"/>
          </w:p>
        </w:tc>
        <w:tc>
          <w:tcPr>
            <w:tcW w:w="878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F241AB3" w14:textId="77777777" w:rsidR="00FE403F" w:rsidRDefault="00000000">
            <w:r>
              <w:rPr>
                <w:sz w:val="14"/>
                <w:lang w:eastAsia="ja-JP"/>
              </w:rPr>
              <w:t>通常終了時に自動バックアップ。手動バックアップも利用可。</w:t>
            </w:r>
            <w:proofErr w:type="spellStart"/>
            <w:r>
              <w:rPr>
                <w:sz w:val="14"/>
              </w:rPr>
              <w:t>希望保持数</w:t>
            </w:r>
            <w:proofErr w:type="spellEnd"/>
            <w:r>
              <w:rPr>
                <w:sz w:val="14"/>
              </w:rPr>
              <w:t>：_______件</w:t>
            </w:r>
          </w:p>
        </w:tc>
      </w:tr>
    </w:tbl>
    <w:p w14:paraId="7DE06E5A" w14:textId="77777777" w:rsidR="00FE403F" w:rsidRDefault="00000000">
      <w:pPr>
        <w:pStyle w:val="YPCSection"/>
        <w:spacing w:before="60" w:after="30"/>
        <w:rPr>
          <w:lang w:eastAsia="ja-JP"/>
        </w:rPr>
      </w:pPr>
      <w:r>
        <w:rPr>
          <w:lang w:eastAsia="ja-JP"/>
        </w:rPr>
        <w:t>8. 必ず必要なこと・その他のご要望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9014"/>
      </w:tblGrid>
      <w:tr w:rsidR="00FE403F" w14:paraId="0C678FAA" w14:textId="77777777">
        <w:trPr>
          <w:jc w:val="center"/>
        </w:trPr>
        <w:tc>
          <w:tcPr>
            <w:tcW w:w="175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5F65B5F" w14:textId="77777777" w:rsidR="00FE403F" w:rsidRDefault="00000000">
            <w:proofErr w:type="spellStart"/>
            <w:r>
              <w:rPr>
                <w:b/>
                <w:sz w:val="14"/>
              </w:rPr>
              <w:t>優先事項</w:t>
            </w:r>
            <w:proofErr w:type="spellEnd"/>
          </w:p>
        </w:tc>
        <w:tc>
          <w:tcPr>
            <w:tcW w:w="901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71C1BE8" w14:textId="77777777" w:rsidR="00FE403F" w:rsidRDefault="00000000">
            <w:r>
              <w:rPr>
                <w:sz w:val="14"/>
              </w:rPr>
              <w:t>1. ________________________　2. ________________________　3. ________________________</w:t>
            </w:r>
          </w:p>
        </w:tc>
      </w:tr>
      <w:tr w:rsidR="00FE403F" w14:paraId="366C02D5" w14:textId="77777777" w:rsidTr="00872773">
        <w:trPr>
          <w:trHeight w:val="386"/>
          <w:jc w:val="center"/>
        </w:trPr>
        <w:tc>
          <w:tcPr>
            <w:tcW w:w="1757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BFF3450" w14:textId="77777777" w:rsidR="00FE403F" w:rsidRDefault="00000000">
            <w:proofErr w:type="spellStart"/>
            <w:r>
              <w:rPr>
                <w:b/>
                <w:sz w:val="14"/>
              </w:rPr>
              <w:t>その他</w:t>
            </w:r>
            <w:proofErr w:type="spellEnd"/>
          </w:p>
        </w:tc>
        <w:tc>
          <w:tcPr>
            <w:tcW w:w="9014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886CCD0" w14:textId="4364BFD4" w:rsidR="00FE403F" w:rsidRDefault="00000000">
            <w:pPr>
              <w:rPr>
                <w:lang w:eastAsia="ja-JP"/>
              </w:rPr>
            </w:pPr>
            <w:r>
              <w:rPr>
                <w:sz w:val="14"/>
                <w:lang w:eastAsia="ja-JP"/>
              </w:rPr>
              <w:t>画面の使い方・業務独自の管理方法・既存Excelの注意点など：</w:t>
            </w:r>
          </w:p>
        </w:tc>
      </w:tr>
    </w:tbl>
    <w:p w14:paraId="68B572DA" w14:textId="77777777" w:rsidR="00FE403F" w:rsidRDefault="00000000">
      <w:pPr>
        <w:pStyle w:val="YPCSection"/>
        <w:spacing w:before="60" w:after="30"/>
      </w:pPr>
      <w:r>
        <w:t xml:space="preserve">9. </w:t>
      </w:r>
      <w:proofErr w:type="spellStart"/>
      <w:r>
        <w:t>YPC記入欄</w:t>
      </w:r>
      <w:proofErr w:type="spellEnd"/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31"/>
        <w:gridCol w:w="3855"/>
        <w:gridCol w:w="1531"/>
        <w:gridCol w:w="3855"/>
      </w:tblGrid>
      <w:tr w:rsidR="00FE403F" w14:paraId="1CF99C29" w14:textId="77777777">
        <w:trPr>
          <w:jc w:val="center"/>
        </w:trPr>
        <w:tc>
          <w:tcPr>
            <w:tcW w:w="153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4040E5B" w14:textId="77777777" w:rsidR="00FE403F" w:rsidRDefault="00000000">
            <w:r>
              <w:rPr>
                <w:b/>
                <w:sz w:val="14"/>
              </w:rPr>
              <w:t>認証方式</w:t>
            </w:r>
          </w:p>
        </w:tc>
        <w:tc>
          <w:tcPr>
            <w:tcW w:w="385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AA787E1" w14:textId="77777777" w:rsidR="00FE403F" w:rsidRDefault="00000000">
            <w:pPr>
              <w:rPr>
                <w:lang w:eastAsia="ja-JP"/>
              </w:rPr>
            </w:pPr>
            <w:r>
              <w:rPr>
                <w:sz w:val="14"/>
                <w:lang w:eastAsia="ja-JP"/>
              </w:rPr>
              <w:t>□ 通常オンライン　□ 完全オフライン</w:t>
            </w:r>
          </w:p>
        </w:tc>
        <w:tc>
          <w:tcPr>
            <w:tcW w:w="153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814C63E" w14:textId="77777777" w:rsidR="00FE403F" w:rsidRDefault="00000000">
            <w:proofErr w:type="spellStart"/>
            <w:r>
              <w:rPr>
                <w:b/>
                <w:sz w:val="14"/>
              </w:rPr>
              <w:t>ライセンス</w:t>
            </w:r>
            <w:proofErr w:type="spellEnd"/>
          </w:p>
        </w:tc>
        <w:tc>
          <w:tcPr>
            <w:tcW w:w="385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005E39C" w14:textId="77777777" w:rsidR="00FE403F" w:rsidRDefault="00000000">
            <w:r>
              <w:rPr>
                <w:sz w:val="14"/>
              </w:rPr>
              <w:t>□ 正式　□ 7日試用</w:t>
            </w:r>
          </w:p>
        </w:tc>
      </w:tr>
      <w:tr w:rsidR="00FE403F" w14:paraId="5F1302F2" w14:textId="77777777">
        <w:trPr>
          <w:jc w:val="center"/>
        </w:trPr>
        <w:tc>
          <w:tcPr>
            <w:tcW w:w="153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EE8851F" w14:textId="77777777" w:rsidR="00FE403F" w:rsidRDefault="00000000">
            <w:r>
              <w:rPr>
                <w:b/>
                <w:sz w:val="14"/>
              </w:rPr>
              <w:t>確認</w:t>
            </w:r>
          </w:p>
        </w:tc>
        <w:tc>
          <w:tcPr>
            <w:tcW w:w="385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947C0E4" w14:textId="77777777" w:rsidR="00FE403F" w:rsidRDefault="00000000">
            <w:pPr>
              <w:rPr>
                <w:lang w:eastAsia="ja-JP"/>
              </w:rPr>
            </w:pPr>
            <w:r>
              <w:rPr>
                <w:sz w:val="14"/>
                <w:lang w:eastAsia="ja-JP"/>
              </w:rPr>
              <w:t>□ 項目設定　□ Excel取込　□ バックアップ</w:t>
            </w:r>
          </w:p>
        </w:tc>
        <w:tc>
          <w:tcPr>
            <w:tcW w:w="153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0BFC15F" w14:textId="77777777" w:rsidR="00FE403F" w:rsidRDefault="00000000">
            <w:proofErr w:type="spellStart"/>
            <w:r>
              <w:rPr>
                <w:b/>
                <w:sz w:val="14"/>
              </w:rPr>
              <w:t>納品</w:t>
            </w:r>
            <w:proofErr w:type="spellEnd"/>
          </w:p>
        </w:tc>
        <w:tc>
          <w:tcPr>
            <w:tcW w:w="3855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76A2B7C" w14:textId="77777777" w:rsidR="00FE403F" w:rsidRDefault="00000000">
            <w:r>
              <w:rPr>
                <w:sz w:val="14"/>
              </w:rPr>
              <w:t>□ 1台目　□ 2台目　□ 説明済</w:t>
            </w:r>
          </w:p>
        </w:tc>
      </w:tr>
    </w:tbl>
    <w:p w14:paraId="7764E204" w14:textId="77777777" w:rsidR="005B55A0" w:rsidRDefault="005B55A0" w:rsidP="00426F9E">
      <w:pPr>
        <w:spacing w:line="20" w:lineRule="exact"/>
      </w:pPr>
    </w:p>
    <w:sectPr w:rsidR="005B55A0" w:rsidSect="00426F9E">
      <w:footerReference w:type="default" r:id="rId8"/>
      <w:pgSz w:w="11906" w:h="16838"/>
      <w:pgMar w:top="567" w:right="624" w:bottom="568" w:left="6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976E6" w14:textId="77777777" w:rsidR="0048308A" w:rsidRDefault="0048308A">
      <w:pPr>
        <w:spacing w:after="0" w:line="240" w:lineRule="auto"/>
      </w:pPr>
      <w:r>
        <w:separator/>
      </w:r>
    </w:p>
  </w:endnote>
  <w:endnote w:type="continuationSeparator" w:id="0">
    <w:p w14:paraId="1628C401" w14:textId="77777777" w:rsidR="0048308A" w:rsidRDefault="00483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B308E" w14:textId="77777777" w:rsidR="00FE403F" w:rsidRDefault="00000000">
    <w:pPr>
      <w:pStyle w:val="a7"/>
      <w:jc w:val="right"/>
    </w:pPr>
    <w:r>
      <w:rPr>
        <w:color w:val="787878"/>
        <w:sz w:val="14"/>
      </w:rPr>
      <w:t xml:space="preserve">YPC </w:t>
    </w:r>
    <w:proofErr w:type="spellStart"/>
    <w:r>
      <w:rPr>
        <w:color w:val="787878"/>
        <w:sz w:val="14"/>
      </w:rPr>
      <w:t>顧客管理</w:t>
    </w:r>
    <w:proofErr w:type="spellEnd"/>
    <w:r>
      <w:rPr>
        <w:color w:val="787878"/>
        <w:sz w:val="14"/>
      </w:rPr>
      <w:t xml:space="preserve">　https://yamap.net/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8B2B8" w14:textId="77777777" w:rsidR="0048308A" w:rsidRDefault="0048308A">
      <w:pPr>
        <w:spacing w:after="0" w:line="240" w:lineRule="auto"/>
      </w:pPr>
      <w:r>
        <w:separator/>
      </w:r>
    </w:p>
  </w:footnote>
  <w:footnote w:type="continuationSeparator" w:id="0">
    <w:p w14:paraId="3EBF296F" w14:textId="77777777" w:rsidR="0048308A" w:rsidRDefault="004830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7487635">
    <w:abstractNumId w:val="8"/>
  </w:num>
  <w:num w:numId="2" w16cid:durableId="473984790">
    <w:abstractNumId w:val="6"/>
  </w:num>
  <w:num w:numId="3" w16cid:durableId="1114135420">
    <w:abstractNumId w:val="5"/>
  </w:num>
  <w:num w:numId="4" w16cid:durableId="1562519817">
    <w:abstractNumId w:val="4"/>
  </w:num>
  <w:num w:numId="5" w16cid:durableId="479079333">
    <w:abstractNumId w:val="7"/>
  </w:num>
  <w:num w:numId="6" w16cid:durableId="335426971">
    <w:abstractNumId w:val="3"/>
  </w:num>
  <w:num w:numId="7" w16cid:durableId="1626691937">
    <w:abstractNumId w:val="2"/>
  </w:num>
  <w:num w:numId="8" w16cid:durableId="418605478">
    <w:abstractNumId w:val="1"/>
  </w:num>
  <w:num w:numId="9" w16cid:durableId="1950313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7CDF"/>
    <w:rsid w:val="0015074B"/>
    <w:rsid w:val="002164A5"/>
    <w:rsid w:val="0029639D"/>
    <w:rsid w:val="00326F90"/>
    <w:rsid w:val="00426F9E"/>
    <w:rsid w:val="0048308A"/>
    <w:rsid w:val="005B55A0"/>
    <w:rsid w:val="0080666E"/>
    <w:rsid w:val="00872773"/>
    <w:rsid w:val="008A6DEB"/>
    <w:rsid w:val="00A9037F"/>
    <w:rsid w:val="00AA1D8D"/>
    <w:rsid w:val="00AC6499"/>
    <w:rsid w:val="00B47730"/>
    <w:rsid w:val="00CB0664"/>
    <w:rsid w:val="00FC693F"/>
    <w:rsid w:val="00FE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73ED24"/>
  <w14:defaultImageDpi w14:val="300"/>
  <w15:docId w15:val="{B138D19B-C926-428A-89C3-D71DAB4E6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ゴシック" w:eastAsia="游ゴシック" w:hAnsi="游ゴシック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YPCTitle">
    <w:name w:val="YPC Title"/>
    <w:pPr>
      <w:spacing w:after="0"/>
    </w:pPr>
    <w:rPr>
      <w:rFonts w:ascii="游ゴシック" w:eastAsia="游ゴシック" w:hAnsi="游ゴシック"/>
      <w:b/>
      <w:color w:val="17365D"/>
      <w:sz w:val="37"/>
    </w:rPr>
  </w:style>
  <w:style w:type="paragraph" w:customStyle="1" w:styleId="YPCSubtitle">
    <w:name w:val="YPC Subtitle"/>
    <w:pPr>
      <w:spacing w:after="0"/>
    </w:pPr>
    <w:rPr>
      <w:rFonts w:ascii="游ゴシック" w:eastAsia="游ゴシック" w:hAnsi="游ゴシック"/>
      <w:color w:val="555555"/>
      <w:sz w:val="16"/>
    </w:rPr>
  </w:style>
  <w:style w:type="paragraph" w:customStyle="1" w:styleId="YPCSection">
    <w:name w:val="YPC Section"/>
    <w:pPr>
      <w:spacing w:after="0"/>
    </w:pPr>
    <w:rPr>
      <w:rFonts w:ascii="游ゴシック" w:eastAsia="游ゴシック" w:hAnsi="游ゴシック"/>
      <w:b/>
      <w:color w:val="17365D"/>
      <w:sz w:val="20"/>
    </w:rPr>
  </w:style>
  <w:style w:type="paragraph" w:customStyle="1" w:styleId="YPCSmall">
    <w:name w:val="YPC Small"/>
    <w:pPr>
      <w:spacing w:after="0"/>
    </w:pPr>
    <w:rPr>
      <w:rFonts w:ascii="游ゴシック" w:eastAsia="游ゴシック" w:hAnsi="游ゴシック"/>
      <w:color w:val="666666"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高橋 秀樹</cp:lastModifiedBy>
  <cp:revision>5</cp:revision>
  <dcterms:created xsi:type="dcterms:W3CDTF">2013-12-23T23:15:00Z</dcterms:created>
  <dcterms:modified xsi:type="dcterms:W3CDTF">2026-09-08T03:09:00Z</dcterms:modified>
  <cp:category/>
</cp:coreProperties>
</file>